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D0331" w14:textId="77777777" w:rsidR="0065434F" w:rsidRDefault="00D13281">
      <w:pPr>
        <w:pStyle w:val="Titre"/>
        <w:spacing w:after="100"/>
        <w:jc w:val="center"/>
      </w:pPr>
      <w:r>
        <w:t>RÉUNION PARENTS / PROFESSEURS</w:t>
      </w:r>
    </w:p>
    <w:p w14:paraId="140035B0" w14:textId="77777777" w:rsidR="0065434F" w:rsidRDefault="00D13281">
      <w:pPr>
        <w:spacing w:after="80"/>
        <w:jc w:val="center"/>
      </w:pPr>
      <w:r>
        <w:rPr>
          <w:b/>
          <w:sz w:val="26"/>
        </w:rPr>
        <w:t>Samedi 19 septembre 2026</w:t>
      </w:r>
    </w:p>
    <w:p w14:paraId="67184DF8" w14:textId="6490E57C" w:rsidR="0065434F" w:rsidRDefault="0065434F">
      <w:pPr>
        <w:spacing w:after="180"/>
        <w:jc w:val="center"/>
      </w:pPr>
    </w:p>
    <w:tbl>
      <w:tblPr>
        <w:tblW w:w="7257" w:type="dxa"/>
        <w:jc w:val="center"/>
        <w:tblBorders>
          <w:top w:val="single" w:sz="5" w:space="0" w:color="D9D9D9"/>
          <w:left w:val="single" w:sz="5" w:space="0" w:color="D9D9D9"/>
          <w:bottom w:val="single" w:sz="5" w:space="0" w:color="D9D9D9"/>
          <w:right w:val="single" w:sz="5" w:space="0" w:color="D9D9D9"/>
          <w:insideH w:val="single" w:sz="5" w:space="0" w:color="D9D9D9"/>
          <w:insideV w:val="single" w:sz="5" w:space="0" w:color="D9D9D9"/>
        </w:tblBorders>
        <w:tblLayout w:type="fixed"/>
        <w:tblCellMar>
          <w:top w:w="29" w:type="dxa"/>
          <w:left w:w="65" w:type="dxa"/>
          <w:bottom w:w="29" w:type="dxa"/>
          <w:right w:w="65" w:type="dxa"/>
        </w:tblCellMar>
        <w:tblLook w:val="04A0" w:firstRow="1" w:lastRow="0" w:firstColumn="1" w:lastColumn="0" w:noHBand="0" w:noVBand="1"/>
      </w:tblPr>
      <w:tblGrid>
        <w:gridCol w:w="2154"/>
        <w:gridCol w:w="2948"/>
        <w:gridCol w:w="2154"/>
      </w:tblGrid>
      <w:tr w:rsidR="0065434F" w14:paraId="2491792F" w14:textId="77777777">
        <w:trPr>
          <w:cantSplit/>
          <w:trHeight w:val="340"/>
          <w:tblHeader/>
          <w:jc w:val="center"/>
        </w:trPr>
        <w:tc>
          <w:tcPr>
            <w:tcW w:w="2154" w:type="dxa"/>
            <w:shd w:val="clear" w:color="auto" w:fill="EEEEEE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A74034E" w14:textId="77777777" w:rsidR="0065434F" w:rsidRDefault="00D13281">
            <w:pPr>
              <w:spacing w:line="250" w:lineRule="exact"/>
              <w:jc w:val="center"/>
            </w:pPr>
            <w:r>
              <w:rPr>
                <w:b/>
              </w:rPr>
              <w:t>Classe</w:t>
            </w:r>
          </w:p>
        </w:tc>
        <w:tc>
          <w:tcPr>
            <w:tcW w:w="2948" w:type="dxa"/>
            <w:shd w:val="clear" w:color="auto" w:fill="EEEEEE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FAF8381" w14:textId="77777777" w:rsidR="0065434F" w:rsidRDefault="00D13281">
            <w:pPr>
              <w:spacing w:line="250" w:lineRule="exact"/>
              <w:jc w:val="center"/>
            </w:pPr>
            <w:r>
              <w:rPr>
                <w:b/>
              </w:rPr>
              <w:t>Horaire</w:t>
            </w:r>
          </w:p>
        </w:tc>
        <w:tc>
          <w:tcPr>
            <w:tcW w:w="2154" w:type="dxa"/>
            <w:shd w:val="clear" w:color="auto" w:fill="EEEEEE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D5F8582" w14:textId="77777777" w:rsidR="0065434F" w:rsidRDefault="00D13281">
            <w:pPr>
              <w:spacing w:line="250" w:lineRule="exact"/>
              <w:jc w:val="center"/>
            </w:pPr>
            <w:r>
              <w:rPr>
                <w:b/>
              </w:rPr>
              <w:t>Salle*</w:t>
            </w:r>
          </w:p>
        </w:tc>
      </w:tr>
      <w:tr w:rsidR="0065434F" w:rsidRPr="00480149" w14:paraId="53FB7591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BE2D94F" w14:textId="77777777" w:rsidR="0065434F" w:rsidRDefault="00D13281">
            <w:pPr>
              <w:spacing w:line="250" w:lineRule="exact"/>
              <w:jc w:val="center"/>
            </w:pPr>
            <w:r>
              <w:t>MONDE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8B7B8B7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55B8B49" w14:textId="755C2B2E" w:rsidR="0065434F" w:rsidRPr="00480149" w:rsidRDefault="00480149">
            <w:pPr>
              <w:spacing w:line="250" w:lineRule="exact"/>
              <w:jc w:val="center"/>
              <w:rPr>
                <w:iCs/>
              </w:rPr>
            </w:pPr>
            <w:r>
              <w:rPr>
                <w:iCs/>
                <w:color w:val="666666"/>
              </w:rPr>
              <w:t>B115</w:t>
            </w:r>
          </w:p>
        </w:tc>
      </w:tr>
      <w:tr w:rsidR="0065434F" w14:paraId="41B85937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0DA13DD" w14:textId="77777777" w:rsidR="0065434F" w:rsidRDefault="00D13281">
            <w:pPr>
              <w:spacing w:line="250" w:lineRule="exact"/>
              <w:jc w:val="center"/>
            </w:pPr>
            <w:r>
              <w:t>3PMET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938FD78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E7BE2CC" w14:textId="12F48BA1" w:rsidR="0065434F" w:rsidRPr="00480149" w:rsidRDefault="00480149">
            <w:pPr>
              <w:spacing w:line="250" w:lineRule="exact"/>
              <w:jc w:val="center"/>
              <w:rPr>
                <w:iCs/>
              </w:rPr>
            </w:pPr>
            <w:r>
              <w:rPr>
                <w:iCs/>
                <w:color w:val="666666"/>
              </w:rPr>
              <w:t>B003</w:t>
            </w:r>
          </w:p>
        </w:tc>
      </w:tr>
      <w:tr w:rsidR="0065434F" w14:paraId="1F3E63D4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8437A28" w14:textId="77777777" w:rsidR="0065434F" w:rsidRDefault="00D13281">
            <w:pPr>
              <w:spacing w:line="250" w:lineRule="exact"/>
              <w:jc w:val="center"/>
            </w:pPr>
            <w:r>
              <w:t>201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FB22EF1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0A82FCC" w14:textId="45DB123E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D102</w:t>
            </w:r>
          </w:p>
        </w:tc>
      </w:tr>
      <w:tr w:rsidR="0065434F" w14:paraId="4B0153D6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78870C4" w14:textId="77777777" w:rsidR="0065434F" w:rsidRDefault="00D13281">
            <w:pPr>
              <w:spacing w:line="250" w:lineRule="exact"/>
              <w:jc w:val="center"/>
            </w:pPr>
            <w:r>
              <w:t>202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85AE440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7DD2C83" w14:textId="0D2E0B00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D104</w:t>
            </w:r>
          </w:p>
        </w:tc>
      </w:tr>
      <w:tr w:rsidR="0065434F" w14:paraId="2675093B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CFA2611" w14:textId="77777777" w:rsidR="0065434F" w:rsidRDefault="00D13281">
            <w:pPr>
              <w:spacing w:line="250" w:lineRule="exact"/>
              <w:jc w:val="center"/>
            </w:pPr>
            <w:r>
              <w:t>203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3930E2C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BE4754F" w14:textId="5E9B6B8F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D105</w:t>
            </w:r>
          </w:p>
        </w:tc>
      </w:tr>
      <w:tr w:rsidR="0065434F" w14:paraId="0568D7DD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2EFD261" w14:textId="77777777" w:rsidR="0065434F" w:rsidRDefault="00D13281">
            <w:pPr>
              <w:spacing w:line="250" w:lineRule="exact"/>
              <w:jc w:val="center"/>
            </w:pPr>
            <w:r>
              <w:t>204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566CB0C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52E89CA" w14:textId="46421109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D106</w:t>
            </w:r>
          </w:p>
        </w:tc>
      </w:tr>
      <w:tr w:rsidR="0065434F" w14:paraId="54E5FA36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22DE5B8" w14:textId="77777777" w:rsidR="0065434F" w:rsidRDefault="00D13281">
            <w:pPr>
              <w:spacing w:line="250" w:lineRule="exact"/>
              <w:jc w:val="center"/>
            </w:pPr>
            <w:r>
              <w:t>205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5D292AB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4BEC059" w14:textId="22853F25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D107</w:t>
            </w:r>
          </w:p>
        </w:tc>
      </w:tr>
      <w:tr w:rsidR="0065434F" w14:paraId="28AB7A93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5BCC868" w14:textId="77777777" w:rsidR="0065434F" w:rsidRDefault="00D13281">
            <w:pPr>
              <w:spacing w:line="250" w:lineRule="exact"/>
              <w:jc w:val="center"/>
            </w:pPr>
            <w:r>
              <w:t>206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660E8A5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AAC2245" w14:textId="3381EB1A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D109</w:t>
            </w:r>
          </w:p>
        </w:tc>
      </w:tr>
      <w:tr w:rsidR="0065434F" w14:paraId="28C8F42F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58A1425" w14:textId="77777777" w:rsidR="0065434F" w:rsidRDefault="00D13281">
            <w:pPr>
              <w:spacing w:line="250" w:lineRule="exact"/>
              <w:jc w:val="center"/>
            </w:pPr>
            <w:r>
              <w:t>207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D33B8DE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54CA7AA" w14:textId="6989C504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D111</w:t>
            </w:r>
          </w:p>
        </w:tc>
      </w:tr>
      <w:tr w:rsidR="0065434F" w14:paraId="4FDFB0A7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04C773B" w14:textId="77777777" w:rsidR="0065434F" w:rsidRDefault="00D13281">
            <w:pPr>
              <w:spacing w:line="250" w:lineRule="exact"/>
              <w:jc w:val="center"/>
            </w:pPr>
            <w:r>
              <w:t>208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086E933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926C852" w14:textId="23A30890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D112</w:t>
            </w:r>
          </w:p>
        </w:tc>
      </w:tr>
      <w:tr w:rsidR="0065434F" w14:paraId="21B59ED0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388DFB7" w14:textId="77777777" w:rsidR="0065434F" w:rsidRDefault="00D13281">
            <w:pPr>
              <w:spacing w:line="250" w:lineRule="exact"/>
              <w:jc w:val="center"/>
            </w:pPr>
            <w:r>
              <w:t>210GATL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4FB62A5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6B68774C" w14:textId="2335C17E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B009</w:t>
            </w:r>
          </w:p>
        </w:tc>
      </w:tr>
      <w:tr w:rsidR="0065434F" w14:paraId="3B2472E2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F9A634F" w14:textId="77777777" w:rsidR="0065434F" w:rsidRDefault="00D13281">
            <w:pPr>
              <w:spacing w:line="250" w:lineRule="exact"/>
              <w:jc w:val="center"/>
            </w:pPr>
            <w:r>
              <w:t>211GATL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0E0AE0E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DCCF6C9" w14:textId="7D60DF86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B010</w:t>
            </w:r>
          </w:p>
        </w:tc>
      </w:tr>
      <w:tr w:rsidR="0065434F" w14:paraId="01806C3A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058174E" w14:textId="77777777" w:rsidR="0065434F" w:rsidRDefault="00D13281">
            <w:pPr>
              <w:spacing w:line="250" w:lineRule="exact"/>
              <w:jc w:val="center"/>
            </w:pPr>
            <w:r>
              <w:t>212GATL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E82BE96" w14:textId="77777777" w:rsidR="0065434F" w:rsidRDefault="00D13281">
            <w:pPr>
              <w:spacing w:line="250" w:lineRule="exact"/>
              <w:jc w:val="center"/>
            </w:pPr>
            <w: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3B8BEE7" w14:textId="0B265CB0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D007</w:t>
            </w:r>
          </w:p>
        </w:tc>
      </w:tr>
      <w:tr w:rsidR="0065434F" w14:paraId="1422FAEC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6C4AB69" w14:textId="77777777" w:rsidR="0065434F" w:rsidRDefault="00D13281">
            <w:pPr>
              <w:spacing w:line="250" w:lineRule="exact"/>
              <w:jc w:val="center"/>
            </w:pPr>
            <w:r>
              <w:t>101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1F0B9C8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8C6F7F3" w14:textId="3F9512F1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B105</w:t>
            </w:r>
          </w:p>
        </w:tc>
      </w:tr>
      <w:tr w:rsidR="0065434F" w14:paraId="63218904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D00FAD1" w14:textId="77777777" w:rsidR="0065434F" w:rsidRDefault="00D13281">
            <w:pPr>
              <w:spacing w:line="250" w:lineRule="exact"/>
              <w:jc w:val="center"/>
            </w:pPr>
            <w:r>
              <w:t>102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9A2D78D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51C8B86" w14:textId="43E70CEF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B107</w:t>
            </w:r>
          </w:p>
        </w:tc>
      </w:tr>
      <w:tr w:rsidR="0065434F" w14:paraId="3CFD9E89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89249AE" w14:textId="77777777" w:rsidR="0065434F" w:rsidRDefault="00D13281">
            <w:pPr>
              <w:spacing w:line="250" w:lineRule="exact"/>
              <w:jc w:val="center"/>
            </w:pPr>
            <w:r>
              <w:t>103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F2148EA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3FC9C1B" w14:textId="60C3A6DD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B109</w:t>
            </w:r>
          </w:p>
        </w:tc>
      </w:tr>
      <w:tr w:rsidR="0065434F" w14:paraId="5B3E5ED5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68B7C8CE" w14:textId="77777777" w:rsidR="0065434F" w:rsidRDefault="00D13281">
            <w:pPr>
              <w:spacing w:line="250" w:lineRule="exact"/>
              <w:jc w:val="center"/>
            </w:pPr>
            <w:r>
              <w:t>104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6D9F7B46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00F04F8" w14:textId="6ECA224A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B111</w:t>
            </w:r>
          </w:p>
        </w:tc>
      </w:tr>
      <w:tr w:rsidR="0065434F" w14:paraId="079870D0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2C8E8D3" w14:textId="77777777" w:rsidR="0065434F" w:rsidRDefault="00D13281">
            <w:pPr>
              <w:spacing w:line="250" w:lineRule="exact"/>
              <w:jc w:val="center"/>
            </w:pPr>
            <w:r>
              <w:t>105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098A6CA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78AEC4F" w14:textId="38AF1BB8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B116</w:t>
            </w:r>
          </w:p>
        </w:tc>
      </w:tr>
      <w:tr w:rsidR="0065434F" w14:paraId="204B8237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E2C946E" w14:textId="77777777" w:rsidR="0065434F" w:rsidRDefault="00D13281">
            <w:pPr>
              <w:spacing w:line="250" w:lineRule="exact"/>
              <w:jc w:val="center"/>
            </w:pPr>
            <w:r>
              <w:t>106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F473AFF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67862522" w14:textId="10B64078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B110</w:t>
            </w:r>
          </w:p>
        </w:tc>
      </w:tr>
      <w:tr w:rsidR="0065434F" w14:paraId="11ACF8A3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BCF2AEF" w14:textId="77777777" w:rsidR="0065434F" w:rsidRDefault="00D13281">
            <w:pPr>
              <w:spacing w:line="250" w:lineRule="exact"/>
              <w:jc w:val="center"/>
            </w:pPr>
            <w:r>
              <w:t>1STM1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5AEDA15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1854B78" w14:textId="2D813466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BJ04</w:t>
            </w:r>
          </w:p>
        </w:tc>
      </w:tr>
      <w:tr w:rsidR="0065434F" w14:paraId="7BD86D79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3CB47FA" w14:textId="77777777" w:rsidR="0065434F" w:rsidRDefault="00D13281">
            <w:pPr>
              <w:spacing w:line="250" w:lineRule="exact"/>
              <w:jc w:val="center"/>
            </w:pPr>
            <w:r>
              <w:t>1STM2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8951598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422886C" w14:textId="3690E91D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BJ12</w:t>
            </w:r>
          </w:p>
        </w:tc>
      </w:tr>
      <w:tr w:rsidR="0065434F" w14:paraId="19226C3C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8ECBDC8" w14:textId="77777777" w:rsidR="0065434F" w:rsidRDefault="00D13281">
            <w:pPr>
              <w:spacing w:line="250" w:lineRule="exact"/>
              <w:jc w:val="center"/>
            </w:pPr>
            <w:r>
              <w:t>1STM3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6D398130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63CBB66D" w14:textId="04AFDBF8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BJ13</w:t>
            </w:r>
          </w:p>
        </w:tc>
      </w:tr>
      <w:tr w:rsidR="0065434F" w14:paraId="21495064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89EFE35" w14:textId="77777777" w:rsidR="0065434F" w:rsidRDefault="00D13281">
            <w:pPr>
              <w:spacing w:line="250" w:lineRule="exact"/>
              <w:jc w:val="center"/>
            </w:pPr>
            <w:r>
              <w:t>110AGORA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668B0ADF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CB75BCA" w14:textId="408B14DB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B010</w:t>
            </w:r>
          </w:p>
        </w:tc>
      </w:tr>
      <w:tr w:rsidR="0065434F" w14:paraId="4C93A07B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49DD77C" w14:textId="77777777" w:rsidR="0065434F" w:rsidRDefault="00D13281">
            <w:pPr>
              <w:spacing w:line="250" w:lineRule="exact"/>
              <w:jc w:val="center"/>
            </w:pPr>
            <w:r>
              <w:t>111AGORA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6606AA5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C17EAB3" w14:textId="3D6E3BE6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B007</w:t>
            </w:r>
          </w:p>
        </w:tc>
      </w:tr>
      <w:tr w:rsidR="0065434F" w14:paraId="22B1B27E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6806526" w14:textId="77777777" w:rsidR="0065434F" w:rsidRDefault="00D13281">
            <w:pPr>
              <w:spacing w:line="250" w:lineRule="exact"/>
              <w:jc w:val="center"/>
            </w:pPr>
            <w:r>
              <w:t>112AGORA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6B5542D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25FDD18" w14:textId="360A250E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B012</w:t>
            </w:r>
          </w:p>
        </w:tc>
      </w:tr>
      <w:tr w:rsidR="0065434F" w14:paraId="137FFCB7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6195E46" w14:textId="77777777" w:rsidR="0065434F" w:rsidRDefault="00D13281">
            <w:pPr>
              <w:spacing w:line="250" w:lineRule="exact"/>
              <w:jc w:val="center"/>
            </w:pPr>
            <w:r>
              <w:t>113OTM</w:t>
            </w:r>
          </w:p>
        </w:tc>
        <w:tc>
          <w:tcPr>
            <w:tcW w:w="2948" w:type="dxa"/>
            <w:shd w:val="clear" w:color="auto" w:fill="FFF2CC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66425661" w14:textId="77777777" w:rsidR="0065434F" w:rsidRDefault="00D13281">
            <w:pPr>
              <w:spacing w:line="250" w:lineRule="exact"/>
              <w:jc w:val="center"/>
            </w:pPr>
            <w:r>
              <w:t>10 h - 10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53F2BCB" w14:textId="72B71D88" w:rsidR="0065434F" w:rsidRDefault="00532C96">
            <w:pPr>
              <w:spacing w:line="250" w:lineRule="exact"/>
              <w:jc w:val="center"/>
            </w:pPr>
            <w:r>
              <w:rPr>
                <w:i/>
                <w:color w:val="666666"/>
              </w:rPr>
              <w:t>B011</w:t>
            </w:r>
          </w:p>
        </w:tc>
      </w:tr>
      <w:tr w:rsidR="0065434F" w14:paraId="61D5BB1D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00EB699" w14:textId="77777777" w:rsidR="0065434F" w:rsidRDefault="00D13281">
            <w:pPr>
              <w:spacing w:line="250" w:lineRule="exact"/>
              <w:jc w:val="center"/>
            </w:pPr>
            <w:r>
              <w:t>T1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F7FD550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8117C2E" w14:textId="77777777" w:rsidR="0065434F" w:rsidRDefault="00D13281">
            <w:pPr>
              <w:spacing w:line="250" w:lineRule="exact"/>
              <w:jc w:val="center"/>
            </w:pPr>
            <w:r>
              <w:t>D102</w:t>
            </w:r>
          </w:p>
        </w:tc>
      </w:tr>
      <w:tr w:rsidR="0065434F" w14:paraId="27942ED1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F782F89" w14:textId="77777777" w:rsidR="0065434F" w:rsidRDefault="00D13281">
            <w:pPr>
              <w:spacing w:line="250" w:lineRule="exact"/>
              <w:jc w:val="center"/>
            </w:pPr>
            <w:r>
              <w:t>T2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0C4791B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F1018CB" w14:textId="77777777" w:rsidR="0065434F" w:rsidRDefault="00D13281">
            <w:pPr>
              <w:spacing w:line="250" w:lineRule="exact"/>
              <w:jc w:val="center"/>
            </w:pPr>
            <w:r>
              <w:t>D105</w:t>
            </w:r>
          </w:p>
        </w:tc>
      </w:tr>
      <w:tr w:rsidR="0065434F" w14:paraId="4C8A6A2F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AD4C032" w14:textId="77777777" w:rsidR="0065434F" w:rsidRDefault="00D13281">
            <w:pPr>
              <w:spacing w:line="250" w:lineRule="exact"/>
              <w:jc w:val="center"/>
            </w:pPr>
            <w:r>
              <w:t>T3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EDE27D0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BBC2955" w14:textId="77777777" w:rsidR="0065434F" w:rsidRDefault="00D13281">
            <w:pPr>
              <w:spacing w:line="250" w:lineRule="exact"/>
              <w:jc w:val="center"/>
            </w:pPr>
            <w:r>
              <w:t>D106</w:t>
            </w:r>
          </w:p>
        </w:tc>
      </w:tr>
      <w:tr w:rsidR="0065434F" w14:paraId="7C48E021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51871C6" w14:textId="77777777" w:rsidR="0065434F" w:rsidRDefault="00D13281">
            <w:pPr>
              <w:spacing w:line="250" w:lineRule="exact"/>
              <w:jc w:val="center"/>
            </w:pPr>
            <w:r>
              <w:rPr>
                <w:b/>
              </w:rPr>
              <w:t>T4</w:t>
            </w:r>
          </w:p>
        </w:tc>
        <w:tc>
          <w:tcPr>
            <w:tcW w:w="2948" w:type="dxa"/>
            <w:shd w:val="clear" w:color="auto" w:fill="E2EFD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5D1BDED" w14:textId="77777777" w:rsidR="0065434F" w:rsidRDefault="00D13281">
            <w:pPr>
              <w:spacing w:line="250" w:lineRule="exact"/>
              <w:jc w:val="center"/>
            </w:pPr>
            <w:r>
              <w:rPr>
                <w:b/>
              </w:rPr>
              <w:t>9 h - 9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9285B71" w14:textId="77777777" w:rsidR="0065434F" w:rsidRDefault="00D13281">
            <w:pPr>
              <w:spacing w:line="250" w:lineRule="exact"/>
              <w:jc w:val="center"/>
            </w:pPr>
            <w:r>
              <w:t>D107</w:t>
            </w:r>
          </w:p>
        </w:tc>
      </w:tr>
      <w:tr w:rsidR="0065434F" w14:paraId="284002CB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2CB4947" w14:textId="77777777" w:rsidR="0065434F" w:rsidRDefault="00D13281">
            <w:pPr>
              <w:spacing w:line="250" w:lineRule="exact"/>
              <w:jc w:val="center"/>
            </w:pPr>
            <w:r>
              <w:t>T5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BC6E2DD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0E45D66E" w14:textId="77777777" w:rsidR="0065434F" w:rsidRDefault="00D13281">
            <w:pPr>
              <w:spacing w:line="250" w:lineRule="exact"/>
              <w:jc w:val="center"/>
            </w:pPr>
            <w:r>
              <w:t>D109</w:t>
            </w:r>
          </w:p>
        </w:tc>
      </w:tr>
      <w:tr w:rsidR="0065434F" w14:paraId="7EE18206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AB7EE81" w14:textId="77777777" w:rsidR="0065434F" w:rsidRDefault="00D13281">
            <w:pPr>
              <w:spacing w:line="250" w:lineRule="exact"/>
              <w:jc w:val="center"/>
            </w:pPr>
            <w:r>
              <w:t>TSTM1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D458CA7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C1CFB4C" w14:textId="77777777" w:rsidR="0065434F" w:rsidRDefault="00D13281">
            <w:pPr>
              <w:spacing w:line="250" w:lineRule="exact"/>
              <w:jc w:val="center"/>
            </w:pPr>
            <w:r>
              <w:t>BJ 01</w:t>
            </w:r>
          </w:p>
        </w:tc>
      </w:tr>
      <w:tr w:rsidR="0065434F" w14:paraId="45D43C19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C462448" w14:textId="77777777" w:rsidR="0065434F" w:rsidRDefault="00D13281">
            <w:pPr>
              <w:spacing w:line="250" w:lineRule="exact"/>
              <w:jc w:val="center"/>
            </w:pPr>
            <w:r>
              <w:t>TSTM2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19EA9AA0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F6521F2" w14:textId="77777777" w:rsidR="0065434F" w:rsidRDefault="00D13281">
            <w:pPr>
              <w:spacing w:line="250" w:lineRule="exact"/>
              <w:jc w:val="center"/>
            </w:pPr>
            <w:r>
              <w:t>BJ 05</w:t>
            </w:r>
          </w:p>
        </w:tc>
      </w:tr>
      <w:tr w:rsidR="0065434F" w14:paraId="2CDB96D4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A12563B" w14:textId="77777777" w:rsidR="0065434F" w:rsidRDefault="00D13281">
            <w:pPr>
              <w:spacing w:line="250" w:lineRule="exact"/>
              <w:jc w:val="center"/>
            </w:pPr>
            <w:r>
              <w:t>TSTM3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C831CC1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F7DEC35" w14:textId="77777777" w:rsidR="0065434F" w:rsidRDefault="00D13281">
            <w:pPr>
              <w:spacing w:line="250" w:lineRule="exact"/>
              <w:jc w:val="center"/>
            </w:pPr>
            <w:r>
              <w:t>BJ 09</w:t>
            </w:r>
          </w:p>
        </w:tc>
      </w:tr>
      <w:tr w:rsidR="0065434F" w14:paraId="5846F277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7F361A3B" w14:textId="77777777" w:rsidR="0065434F" w:rsidRDefault="00D13281">
            <w:pPr>
              <w:spacing w:line="250" w:lineRule="exact"/>
              <w:jc w:val="center"/>
            </w:pPr>
            <w:r>
              <w:t>T10AGORA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99933C1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1DBCCA7" w14:textId="77777777" w:rsidR="0065434F" w:rsidRDefault="00D13281">
            <w:pPr>
              <w:spacing w:line="250" w:lineRule="exact"/>
              <w:jc w:val="center"/>
            </w:pPr>
            <w:r>
              <w:t>B011</w:t>
            </w:r>
          </w:p>
        </w:tc>
      </w:tr>
      <w:tr w:rsidR="0065434F" w14:paraId="75582BE4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4D0AA3B" w14:textId="77777777" w:rsidR="0065434F" w:rsidRDefault="00D13281">
            <w:pPr>
              <w:spacing w:line="250" w:lineRule="exact"/>
              <w:jc w:val="center"/>
            </w:pPr>
            <w:r>
              <w:t>T11AGORA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41F5B98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AF00763" w14:textId="77777777" w:rsidR="0065434F" w:rsidRDefault="00D13281">
            <w:pPr>
              <w:spacing w:line="250" w:lineRule="exact"/>
              <w:jc w:val="center"/>
            </w:pPr>
            <w:r>
              <w:t>B012</w:t>
            </w:r>
          </w:p>
        </w:tc>
      </w:tr>
      <w:tr w:rsidR="0065434F" w14:paraId="433A9205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5298D33F" w14:textId="77777777" w:rsidR="0065434F" w:rsidRDefault="00D13281">
            <w:pPr>
              <w:spacing w:line="250" w:lineRule="exact"/>
              <w:jc w:val="center"/>
            </w:pPr>
            <w:r>
              <w:t>T12AGORA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BECF6D2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27CECA7B" w14:textId="77777777" w:rsidR="0065434F" w:rsidRDefault="00D13281">
            <w:pPr>
              <w:spacing w:line="250" w:lineRule="exact"/>
              <w:jc w:val="center"/>
            </w:pPr>
            <w:r>
              <w:t>B013</w:t>
            </w:r>
          </w:p>
        </w:tc>
      </w:tr>
      <w:tr w:rsidR="0065434F" w14:paraId="225DA487" w14:textId="77777777">
        <w:trPr>
          <w:cantSplit/>
          <w:trHeight w:val="289"/>
          <w:jc w:val="center"/>
        </w:trPr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3900B2A4" w14:textId="77777777" w:rsidR="0065434F" w:rsidRDefault="00D13281">
            <w:pPr>
              <w:spacing w:line="250" w:lineRule="exact"/>
              <w:jc w:val="center"/>
            </w:pPr>
            <w:r>
              <w:t>T13OTM</w:t>
            </w:r>
          </w:p>
        </w:tc>
        <w:tc>
          <w:tcPr>
            <w:tcW w:w="2948" w:type="dxa"/>
            <w:shd w:val="clear" w:color="auto" w:fill="FCE4D6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6AD21BD6" w14:textId="77777777" w:rsidR="0065434F" w:rsidRDefault="00D13281">
            <w:pPr>
              <w:spacing w:line="250" w:lineRule="exact"/>
              <w:jc w:val="center"/>
            </w:pPr>
            <w:r>
              <w:t>11 h - 11 h 50</w:t>
            </w:r>
          </w:p>
        </w:tc>
        <w:tc>
          <w:tcPr>
            <w:tcW w:w="2154" w:type="dxa"/>
            <w:tcMar>
              <w:top w:w="10" w:type="dxa"/>
              <w:left w:w="65" w:type="dxa"/>
              <w:bottom w:w="10" w:type="dxa"/>
              <w:right w:w="65" w:type="dxa"/>
            </w:tcMar>
            <w:vAlign w:val="center"/>
          </w:tcPr>
          <w:p w14:paraId="4A225682" w14:textId="77777777" w:rsidR="0065434F" w:rsidRDefault="00D13281">
            <w:pPr>
              <w:spacing w:line="250" w:lineRule="exact"/>
              <w:jc w:val="center"/>
            </w:pPr>
            <w:r>
              <w:t>B014</w:t>
            </w:r>
          </w:p>
        </w:tc>
      </w:tr>
    </w:tbl>
    <w:p w14:paraId="7D7D86B6" w14:textId="77777777" w:rsidR="0065434F" w:rsidRDefault="00D13281">
      <w:pPr>
        <w:spacing w:before="140" w:after="60"/>
      </w:pPr>
      <w:r>
        <w:rPr>
          <w:b/>
          <w:sz w:val="18"/>
        </w:rPr>
        <w:t xml:space="preserve">La T4 est accueillie à 9 h. </w:t>
      </w:r>
      <w:r>
        <w:rPr>
          <w:sz w:val="18"/>
        </w:rPr>
        <w:t>Un temps de transition de 10 minutes est prévu entre deux réunions.</w:t>
      </w:r>
    </w:p>
    <w:p w14:paraId="53A5F2BF" w14:textId="77777777" w:rsidR="0065434F" w:rsidRDefault="00D13281">
      <w:r>
        <w:rPr>
          <w:i/>
          <w:sz w:val="18"/>
        </w:rPr>
        <w:t>* Les salles proposées à partir du planning de 2024 restent à confirmer.</w:t>
      </w:r>
    </w:p>
    <w:sectPr w:rsidR="0065434F" w:rsidSect="00034616">
      <w:pgSz w:w="11906" w:h="16838"/>
      <w:pgMar w:top="680" w:right="680" w:bottom="680" w:left="680" w:header="283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0028970">
    <w:abstractNumId w:val="8"/>
  </w:num>
  <w:num w:numId="2" w16cid:durableId="1078674867">
    <w:abstractNumId w:val="6"/>
  </w:num>
  <w:num w:numId="3" w16cid:durableId="1420832791">
    <w:abstractNumId w:val="5"/>
  </w:num>
  <w:num w:numId="4" w16cid:durableId="1478380545">
    <w:abstractNumId w:val="4"/>
  </w:num>
  <w:num w:numId="5" w16cid:durableId="988902104">
    <w:abstractNumId w:val="7"/>
  </w:num>
  <w:num w:numId="6" w16cid:durableId="1306668432">
    <w:abstractNumId w:val="3"/>
  </w:num>
  <w:num w:numId="7" w16cid:durableId="229460337">
    <w:abstractNumId w:val="2"/>
  </w:num>
  <w:num w:numId="8" w16cid:durableId="1811824223">
    <w:abstractNumId w:val="1"/>
  </w:num>
  <w:num w:numId="9" w16cid:durableId="327368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80149"/>
    <w:rsid w:val="00532C96"/>
    <w:rsid w:val="0065434F"/>
    <w:rsid w:val="00AA1D8D"/>
    <w:rsid w:val="00B47730"/>
    <w:rsid w:val="00CB0664"/>
    <w:rsid w:val="00D13281"/>
    <w:rsid w:val="00DE797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3D46D2"/>
  <w14:defaultImageDpi w14:val="300"/>
  <w15:docId w15:val="{81650059-8F65-4F5A-AADD-DFE15976D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eastAsia="Arial" w:hAnsi="Arial" w:cs="Arial"/>
      <w:color w:val="000000"/>
      <w:sz w:val="21"/>
    </w:rPr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b/>
      <w:spacing w:val="5"/>
      <w:kern w:val="28"/>
      <w:sz w:val="34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Réunion parents professeurs du 19 septembre 2026</dc:title>
  <dc:subject>Organisation des réunions des 38 classes du prébac</dc:subject>
  <dc:creator>Morgane Lecouturier</dc:creator>
  <cp:keywords>réunion parents professeurs, 19 septembre 2026, prébac</cp:keywords>
  <dc:description>generated by python-docx</dc:description>
  <cp:lastModifiedBy>Lecouturier Morgane</cp:lastModifiedBy>
  <cp:revision>3</cp:revision>
  <dcterms:created xsi:type="dcterms:W3CDTF">2026-09-10T15:04:00Z</dcterms:created>
  <dcterms:modified xsi:type="dcterms:W3CDTF">2026-09-10T15:07:00Z</dcterms:modified>
  <cp:category/>
</cp:coreProperties>
</file>